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1A6EA" w14:textId="6624B3B4" w:rsidR="00125483" w:rsidRPr="00135414" w:rsidRDefault="00135414" w:rsidP="00E453B4">
      <w:pPr>
        <w:pStyle w:val="Ttulo2"/>
        <w:jc w:val="center"/>
        <w:rPr>
          <w:b w:val="0"/>
          <w:bCs w:val="0"/>
          <w:color w:val="000000" w:themeColor="text1"/>
          <w:lang w:val="pt-BR"/>
        </w:rPr>
      </w:pPr>
      <w:r w:rsidRPr="00135414">
        <w:rPr>
          <w:b w:val="0"/>
          <w:bCs w:val="0"/>
          <w:color w:val="000000" w:themeColor="text1"/>
          <w:lang w:val="pt-BR"/>
        </w:rPr>
        <w:t>TEMPLETE PROJETO DE PESQUISA INICIAÇÃO CIENTÍFICA</w:t>
      </w:r>
    </w:p>
    <w:p w14:paraId="79DE513F" w14:textId="77777777" w:rsidR="00E453B4" w:rsidRPr="00E453B4" w:rsidRDefault="00E453B4" w:rsidP="00E453B4">
      <w:pPr>
        <w:rPr>
          <w:lang w:val="pt-BR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356"/>
        <w:gridCol w:w="3357"/>
        <w:gridCol w:w="3357"/>
      </w:tblGrid>
      <w:tr w:rsidR="00E453B4" w:rsidRPr="00E453B4" w14:paraId="70CEAC03" w14:textId="77777777" w:rsidTr="00F523BC">
        <w:tc>
          <w:tcPr>
            <w:tcW w:w="5000" w:type="pct"/>
            <w:gridSpan w:val="3"/>
          </w:tcPr>
          <w:p w14:paraId="6691574A" w14:textId="1079BDA1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Título do Projeto: </w:t>
            </w:r>
          </w:p>
        </w:tc>
      </w:tr>
      <w:tr w:rsidR="00E453B4" w:rsidRPr="00E453B4" w14:paraId="69BB1D14" w14:textId="77777777" w:rsidTr="00F523BC">
        <w:tc>
          <w:tcPr>
            <w:tcW w:w="5000" w:type="pct"/>
            <w:gridSpan w:val="3"/>
          </w:tcPr>
          <w:p w14:paraId="43A9F224" w14:textId="450135EB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Aluno(a) Pesquisador(a): </w:t>
            </w:r>
          </w:p>
        </w:tc>
      </w:tr>
      <w:tr w:rsidR="00E453B4" w:rsidRPr="00E453B4" w14:paraId="15DCD1AA" w14:textId="77777777" w:rsidTr="00F523BC">
        <w:tc>
          <w:tcPr>
            <w:tcW w:w="5000" w:type="pct"/>
            <w:gridSpan w:val="3"/>
          </w:tcPr>
          <w:p w14:paraId="4A57657A" w14:textId="3B72C8E9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Curso: </w:t>
            </w:r>
          </w:p>
        </w:tc>
      </w:tr>
      <w:tr w:rsidR="00E453B4" w:rsidRPr="00E453B4" w14:paraId="43325741" w14:textId="77777777" w:rsidTr="00F523BC">
        <w:tc>
          <w:tcPr>
            <w:tcW w:w="5000" w:type="pct"/>
            <w:gridSpan w:val="3"/>
          </w:tcPr>
          <w:p w14:paraId="53642027" w14:textId="1343FC33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Semestre Atual: </w:t>
            </w:r>
          </w:p>
        </w:tc>
      </w:tr>
      <w:tr w:rsidR="00E453B4" w:rsidRPr="00E453B4" w14:paraId="1FA15ECB" w14:textId="77777777" w:rsidTr="00F523BC">
        <w:tc>
          <w:tcPr>
            <w:tcW w:w="5000" w:type="pct"/>
            <w:gridSpan w:val="3"/>
          </w:tcPr>
          <w:p w14:paraId="7D4A1F58" w14:textId="48850331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Professor(a) Orientador(a): </w:t>
            </w:r>
          </w:p>
        </w:tc>
      </w:tr>
      <w:tr w:rsidR="00E453B4" w:rsidRPr="00E453B4" w14:paraId="7CA5D407" w14:textId="77777777" w:rsidTr="00F523BC">
        <w:tc>
          <w:tcPr>
            <w:tcW w:w="5000" w:type="pct"/>
            <w:gridSpan w:val="3"/>
          </w:tcPr>
          <w:p w14:paraId="0CBE53E9" w14:textId="2AB2EF0B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Área do Conhecimento: </w:t>
            </w:r>
          </w:p>
        </w:tc>
      </w:tr>
      <w:tr w:rsidR="00E453B4" w:rsidRPr="00E453B4" w14:paraId="7C618587" w14:textId="77777777" w:rsidTr="00F523BC">
        <w:tc>
          <w:tcPr>
            <w:tcW w:w="5000" w:type="pct"/>
            <w:gridSpan w:val="3"/>
          </w:tcPr>
          <w:p w14:paraId="00C40E34" w14:textId="3AA55CF4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Data de Início: </w:t>
            </w:r>
          </w:p>
        </w:tc>
      </w:tr>
      <w:tr w:rsidR="00E453B4" w:rsidRPr="00E453B4" w14:paraId="46A795DE" w14:textId="77777777" w:rsidTr="00F523BC">
        <w:tc>
          <w:tcPr>
            <w:tcW w:w="5000" w:type="pct"/>
            <w:gridSpan w:val="3"/>
          </w:tcPr>
          <w:p w14:paraId="444C856E" w14:textId="6F027E72" w:rsidR="00E453B4" w:rsidRPr="00E453B4" w:rsidRDefault="00E453B4" w:rsidP="00E453B4">
            <w:pPr>
              <w:spacing w:before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 xml:space="preserve">Data de Término: </w:t>
            </w:r>
          </w:p>
        </w:tc>
      </w:tr>
      <w:tr w:rsidR="00E453B4" w:rsidRPr="00E453B4" w14:paraId="7D19E531" w14:textId="77777777" w:rsidTr="00F523BC">
        <w:tc>
          <w:tcPr>
            <w:tcW w:w="5000" w:type="pct"/>
            <w:gridSpan w:val="3"/>
          </w:tcPr>
          <w:p w14:paraId="7EAAE4D6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1. Introdução</w:t>
            </w:r>
          </w:p>
        </w:tc>
      </w:tr>
      <w:tr w:rsidR="00E453B4" w:rsidRPr="00565B43" w14:paraId="28BE7EEC" w14:textId="77777777" w:rsidTr="00F523BC">
        <w:tc>
          <w:tcPr>
            <w:tcW w:w="5000" w:type="pct"/>
            <w:gridSpan w:val="3"/>
          </w:tcPr>
          <w:p w14:paraId="657A87F4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Apresentar o tema da pesquisa, sua relevância, contexto e justificativa.</w:t>
            </w:r>
          </w:p>
        </w:tc>
      </w:tr>
      <w:tr w:rsidR="00E453B4" w:rsidRPr="00E453B4" w14:paraId="4487B7AC" w14:textId="77777777" w:rsidTr="00F523BC">
        <w:tc>
          <w:tcPr>
            <w:tcW w:w="5000" w:type="pct"/>
            <w:gridSpan w:val="3"/>
          </w:tcPr>
          <w:p w14:paraId="2F17F110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2. Objetivos</w:t>
            </w:r>
          </w:p>
        </w:tc>
      </w:tr>
      <w:tr w:rsidR="00E453B4" w:rsidRPr="00565B43" w14:paraId="3D20B59C" w14:textId="77777777" w:rsidTr="00F523BC">
        <w:tc>
          <w:tcPr>
            <w:tcW w:w="5000" w:type="pct"/>
            <w:gridSpan w:val="3"/>
          </w:tcPr>
          <w:p w14:paraId="259E188E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Especificar o objetivo geral e os objetivos específicos do projeto.</w:t>
            </w:r>
          </w:p>
        </w:tc>
      </w:tr>
      <w:tr w:rsidR="00E453B4" w:rsidRPr="00E453B4" w14:paraId="06FE04B9" w14:textId="77777777" w:rsidTr="00F523BC">
        <w:tc>
          <w:tcPr>
            <w:tcW w:w="5000" w:type="pct"/>
            <w:gridSpan w:val="3"/>
          </w:tcPr>
          <w:p w14:paraId="2AE3FA17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3. Fundamentação Teórica</w:t>
            </w:r>
          </w:p>
        </w:tc>
      </w:tr>
      <w:tr w:rsidR="00E453B4" w:rsidRPr="00565B43" w14:paraId="7B6E894E" w14:textId="77777777" w:rsidTr="00F523BC">
        <w:tc>
          <w:tcPr>
            <w:tcW w:w="5000" w:type="pct"/>
            <w:gridSpan w:val="3"/>
          </w:tcPr>
          <w:p w14:paraId="5A07E1CE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Descrever as bases teóricas e os principais autores que sustentam a pesquisa.</w:t>
            </w:r>
          </w:p>
        </w:tc>
      </w:tr>
      <w:tr w:rsidR="00E453B4" w:rsidRPr="00E453B4" w14:paraId="55930A0F" w14:textId="77777777" w:rsidTr="00F523BC">
        <w:tc>
          <w:tcPr>
            <w:tcW w:w="5000" w:type="pct"/>
            <w:gridSpan w:val="3"/>
          </w:tcPr>
          <w:p w14:paraId="5A965DA3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4. Metodologia</w:t>
            </w:r>
          </w:p>
        </w:tc>
      </w:tr>
      <w:tr w:rsidR="00E453B4" w:rsidRPr="00565B43" w14:paraId="6397669C" w14:textId="77777777" w:rsidTr="00F523BC">
        <w:tc>
          <w:tcPr>
            <w:tcW w:w="5000" w:type="pct"/>
            <w:gridSpan w:val="3"/>
          </w:tcPr>
          <w:p w14:paraId="04F5C51C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Informar o método, instrumentos, população, amostra, técnicas de análise de dados, etc.</w:t>
            </w:r>
          </w:p>
        </w:tc>
      </w:tr>
      <w:tr w:rsidR="00E453B4" w:rsidRPr="00E453B4" w14:paraId="6F56BE9B" w14:textId="77777777" w:rsidTr="00F523BC">
        <w:tc>
          <w:tcPr>
            <w:tcW w:w="5000" w:type="pct"/>
            <w:gridSpan w:val="3"/>
          </w:tcPr>
          <w:p w14:paraId="42486BA7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5. Resultados Esperados</w:t>
            </w:r>
          </w:p>
        </w:tc>
      </w:tr>
      <w:tr w:rsidR="00E453B4" w:rsidRPr="00565B43" w14:paraId="0D04ED69" w14:textId="77777777" w:rsidTr="00F523BC">
        <w:tc>
          <w:tcPr>
            <w:tcW w:w="5000" w:type="pct"/>
            <w:gridSpan w:val="3"/>
          </w:tcPr>
          <w:p w14:paraId="6DDB3173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Descrever o que se espera obter com a realização do projeto.</w:t>
            </w:r>
          </w:p>
        </w:tc>
      </w:tr>
      <w:tr w:rsidR="00E453B4" w:rsidRPr="00E453B4" w14:paraId="5B79910E" w14:textId="77777777" w:rsidTr="00F523BC">
        <w:tc>
          <w:tcPr>
            <w:tcW w:w="5000" w:type="pct"/>
            <w:gridSpan w:val="3"/>
          </w:tcPr>
          <w:p w14:paraId="11148687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6. Referências</w:t>
            </w:r>
          </w:p>
        </w:tc>
      </w:tr>
      <w:tr w:rsidR="00E453B4" w:rsidRPr="00565B43" w14:paraId="69045907" w14:textId="77777777" w:rsidTr="00F523BC">
        <w:tc>
          <w:tcPr>
            <w:tcW w:w="5000" w:type="pct"/>
            <w:gridSpan w:val="3"/>
          </w:tcPr>
          <w:p w14:paraId="61BE9FC6" w14:textId="77777777" w:rsidR="00E453B4" w:rsidRPr="00E453B4" w:rsidRDefault="00E453B4" w:rsidP="00E453B4">
            <w:pPr>
              <w:spacing w:before="60" w:after="60"/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Apresentar a bibliografia consultada conforme as normas da ABNT.</w:t>
            </w:r>
          </w:p>
        </w:tc>
      </w:tr>
      <w:tr w:rsidR="00E453B4" w:rsidRPr="00E453B4" w14:paraId="1195E2D4" w14:textId="77777777" w:rsidTr="00F523BC">
        <w:tc>
          <w:tcPr>
            <w:tcW w:w="5000" w:type="pct"/>
            <w:gridSpan w:val="3"/>
          </w:tcPr>
          <w:p w14:paraId="66D8432C" w14:textId="77777777" w:rsidR="00E453B4" w:rsidRPr="00E453B4" w:rsidRDefault="00E453B4" w:rsidP="00E453B4">
            <w:pPr>
              <w:pStyle w:val="Ttulo2"/>
              <w:spacing w:before="60" w:after="60"/>
              <w:rPr>
                <w:rFonts w:cstheme="majorHAnsi"/>
                <w:color w:val="auto"/>
                <w:sz w:val="22"/>
                <w:szCs w:val="22"/>
                <w:lang w:val="pt-BR"/>
              </w:rPr>
            </w:pPr>
            <w:r w:rsidRPr="00E453B4">
              <w:rPr>
                <w:rFonts w:cstheme="majorHAnsi"/>
                <w:color w:val="auto"/>
                <w:sz w:val="22"/>
                <w:szCs w:val="22"/>
                <w:lang w:val="pt-BR"/>
              </w:rPr>
              <w:t>7. Cronograma de Execução</w:t>
            </w:r>
          </w:p>
        </w:tc>
      </w:tr>
      <w:tr w:rsidR="00E453B4" w:rsidRPr="00565B43" w14:paraId="2791899B" w14:textId="77777777" w:rsidTr="00F523BC">
        <w:tc>
          <w:tcPr>
            <w:tcW w:w="5000" w:type="pct"/>
            <w:gridSpan w:val="3"/>
          </w:tcPr>
          <w:p w14:paraId="3E2B8B73" w14:textId="77777777" w:rsidR="00E453B4" w:rsidRPr="00E453B4" w:rsidRDefault="00E453B4" w:rsidP="00E009F7">
            <w:pPr>
              <w:rPr>
                <w:rFonts w:asciiTheme="majorHAnsi" w:hAnsiTheme="majorHAnsi" w:cstheme="majorHAnsi"/>
                <w:lang w:val="pt-BR"/>
              </w:rPr>
            </w:pPr>
            <w:r w:rsidRPr="00E453B4">
              <w:rPr>
                <w:rFonts w:asciiTheme="majorHAnsi" w:hAnsiTheme="majorHAnsi" w:cstheme="majorHAnsi"/>
                <w:lang w:val="pt-BR"/>
              </w:rPr>
              <w:t>Preencher com os períodos estimados para cada etapa do projeto.</w:t>
            </w:r>
          </w:p>
        </w:tc>
      </w:tr>
      <w:tr w:rsidR="00E453B4" w:rsidRPr="00565B43" w14:paraId="213B3E6E" w14:textId="77777777" w:rsidTr="00F523BC">
        <w:tc>
          <w:tcPr>
            <w:tcW w:w="5000" w:type="pct"/>
            <w:gridSpan w:val="3"/>
          </w:tcPr>
          <w:p w14:paraId="1B76377C" w14:textId="1AEB03E1" w:rsidR="00E453B4" w:rsidRPr="00E453B4" w:rsidRDefault="00E453B4" w:rsidP="00E009F7">
            <w:pPr>
              <w:rPr>
                <w:rFonts w:asciiTheme="majorHAnsi" w:hAnsiTheme="majorHAnsi" w:cstheme="majorHAnsi"/>
                <w:lang w:val="pt-BR"/>
              </w:rPr>
            </w:pPr>
          </w:p>
        </w:tc>
      </w:tr>
      <w:tr w:rsidR="00F523BC" w:rsidRPr="00F523BC" w14:paraId="19CECB79" w14:textId="77777777" w:rsidTr="00F523BC">
        <w:tc>
          <w:tcPr>
            <w:tcW w:w="1666" w:type="pct"/>
          </w:tcPr>
          <w:p w14:paraId="53B74C5B" w14:textId="43BD28A9" w:rsidR="00F523BC" w:rsidRPr="00F523BC" w:rsidRDefault="00F523BC" w:rsidP="00F523BC">
            <w:pPr>
              <w:jc w:val="center"/>
              <w:rPr>
                <w:rFonts w:asciiTheme="majorHAnsi" w:hAnsiTheme="majorHAnsi" w:cstheme="majorHAnsi"/>
                <w:lang w:val="pt-BR"/>
              </w:rPr>
            </w:pPr>
            <w:r w:rsidRPr="00F523BC">
              <w:rPr>
                <w:rFonts w:asciiTheme="majorHAnsi" w:hAnsiTheme="majorHAnsi" w:cstheme="majorHAnsi"/>
                <w:lang w:val="pt-BR"/>
              </w:rPr>
              <w:t>Atividade</w:t>
            </w:r>
            <w:r w:rsidRPr="00F523BC">
              <w:rPr>
                <w:rFonts w:asciiTheme="majorHAnsi" w:hAnsiTheme="majorHAnsi" w:cstheme="majorHAnsi"/>
                <w:lang w:val="pt-BR"/>
              </w:rPr>
              <w:tab/>
            </w:r>
          </w:p>
        </w:tc>
        <w:tc>
          <w:tcPr>
            <w:tcW w:w="1667" w:type="pct"/>
          </w:tcPr>
          <w:p w14:paraId="39F92C14" w14:textId="0362FE47" w:rsidR="00F523BC" w:rsidRPr="00F523BC" w:rsidRDefault="00F523BC" w:rsidP="00F523BC">
            <w:pPr>
              <w:jc w:val="center"/>
              <w:rPr>
                <w:rFonts w:asciiTheme="majorHAnsi" w:hAnsiTheme="majorHAnsi" w:cstheme="majorHAnsi"/>
                <w:lang w:val="pt-BR"/>
              </w:rPr>
            </w:pPr>
            <w:r w:rsidRPr="00F523BC">
              <w:rPr>
                <w:rFonts w:asciiTheme="majorHAnsi" w:hAnsiTheme="majorHAnsi" w:cstheme="majorHAnsi"/>
                <w:lang w:val="pt-BR"/>
              </w:rPr>
              <w:t>Período (mês/ano)</w:t>
            </w:r>
          </w:p>
        </w:tc>
        <w:tc>
          <w:tcPr>
            <w:tcW w:w="1667" w:type="pct"/>
          </w:tcPr>
          <w:p w14:paraId="271CE01F" w14:textId="11D35BEB" w:rsidR="00F523BC" w:rsidRPr="00F523BC" w:rsidRDefault="00F523BC" w:rsidP="00F523BC">
            <w:pPr>
              <w:jc w:val="center"/>
              <w:rPr>
                <w:rFonts w:asciiTheme="majorHAnsi" w:hAnsiTheme="majorHAnsi" w:cstheme="majorHAnsi"/>
                <w:lang w:val="pt-BR"/>
              </w:rPr>
            </w:pPr>
            <w:r w:rsidRPr="00F523BC">
              <w:rPr>
                <w:rFonts w:asciiTheme="majorHAnsi" w:hAnsiTheme="majorHAnsi" w:cstheme="majorHAnsi"/>
                <w:lang w:val="pt-BR"/>
              </w:rPr>
              <w:t>Responsável</w:t>
            </w:r>
          </w:p>
        </w:tc>
      </w:tr>
      <w:tr w:rsidR="00F523BC" w:rsidRPr="00F523BC" w14:paraId="059F7E67" w14:textId="77777777" w:rsidTr="00F523BC">
        <w:tc>
          <w:tcPr>
            <w:tcW w:w="1666" w:type="pct"/>
          </w:tcPr>
          <w:p w14:paraId="2D609C01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6E4D8AEF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2FD7D1FC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099B837D" w14:textId="77777777" w:rsidTr="00F523BC">
        <w:tc>
          <w:tcPr>
            <w:tcW w:w="1666" w:type="pct"/>
          </w:tcPr>
          <w:p w14:paraId="52C0DE54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C1E1D19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3A4F2717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737FB508" w14:textId="77777777" w:rsidTr="00F523BC">
        <w:tc>
          <w:tcPr>
            <w:tcW w:w="1666" w:type="pct"/>
          </w:tcPr>
          <w:p w14:paraId="2E0FF5A1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354EE334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2E6F00D5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1BD4F57F" w14:textId="77777777" w:rsidTr="00F523BC">
        <w:tc>
          <w:tcPr>
            <w:tcW w:w="1666" w:type="pct"/>
          </w:tcPr>
          <w:p w14:paraId="0550E2F4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0B1F659D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E89E9A3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200CA8A0" w14:textId="77777777" w:rsidTr="00F523BC">
        <w:tc>
          <w:tcPr>
            <w:tcW w:w="1666" w:type="pct"/>
          </w:tcPr>
          <w:p w14:paraId="53DAD676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0D625818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10DA416D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3DCCB7D8" w14:textId="77777777" w:rsidTr="00F523BC">
        <w:tc>
          <w:tcPr>
            <w:tcW w:w="1666" w:type="pct"/>
          </w:tcPr>
          <w:p w14:paraId="50D23658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2B7BBD12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5112532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223E4A19" w14:textId="77777777" w:rsidTr="00F523BC">
        <w:tc>
          <w:tcPr>
            <w:tcW w:w="1666" w:type="pct"/>
          </w:tcPr>
          <w:p w14:paraId="44232804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13C2ED5C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381895F9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0353BF9E" w14:textId="77777777" w:rsidTr="00F523BC">
        <w:tc>
          <w:tcPr>
            <w:tcW w:w="1666" w:type="pct"/>
          </w:tcPr>
          <w:p w14:paraId="6AEDE5D7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3974BDC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1E462059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4567D34B" w14:textId="77777777" w:rsidTr="00F523BC">
        <w:tc>
          <w:tcPr>
            <w:tcW w:w="1666" w:type="pct"/>
          </w:tcPr>
          <w:p w14:paraId="169B825F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66E537D9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029C68A9" w14:textId="77777777" w:rsidR="00F523BC" w:rsidRPr="00F523BC" w:rsidRDefault="00F523BC">
            <w:pPr>
              <w:rPr>
                <w:lang w:val="pt-BR"/>
              </w:rPr>
            </w:pPr>
          </w:p>
        </w:tc>
      </w:tr>
      <w:tr w:rsidR="00F523BC" w:rsidRPr="00F523BC" w14:paraId="73EFEA6C" w14:textId="77777777" w:rsidTr="00F523BC">
        <w:tc>
          <w:tcPr>
            <w:tcW w:w="1666" w:type="pct"/>
          </w:tcPr>
          <w:p w14:paraId="73C0B635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431AF442" w14:textId="77777777" w:rsidR="00F523BC" w:rsidRPr="00F523BC" w:rsidRDefault="00F523BC">
            <w:pPr>
              <w:rPr>
                <w:lang w:val="pt-BR"/>
              </w:rPr>
            </w:pPr>
          </w:p>
        </w:tc>
        <w:tc>
          <w:tcPr>
            <w:tcW w:w="1667" w:type="pct"/>
          </w:tcPr>
          <w:p w14:paraId="7C195C1E" w14:textId="77777777" w:rsidR="00F523BC" w:rsidRPr="00F523BC" w:rsidRDefault="00F523BC">
            <w:pPr>
              <w:rPr>
                <w:lang w:val="pt-BR"/>
              </w:rPr>
            </w:pPr>
          </w:p>
        </w:tc>
      </w:tr>
    </w:tbl>
    <w:p w14:paraId="34EA63D8" w14:textId="382E2B72" w:rsidR="00125483" w:rsidRDefault="00E8030C" w:rsidP="00F523BC">
      <w:pPr>
        <w:spacing w:after="0" w:line="240" w:lineRule="auto"/>
      </w:pPr>
      <w:r w:rsidRPr="00F523BC">
        <w:rPr>
          <w:lang w:val="pt-BR"/>
        </w:rPr>
        <w:lastRenderedPageBreak/>
        <w:br/>
      </w:r>
      <w:r w:rsidRPr="00F523BC">
        <w:rPr>
          <w:lang w:val="pt-BR"/>
        </w:rPr>
        <w:br/>
      </w:r>
      <w:r>
        <w:t>______________________________________</w:t>
      </w:r>
      <w:r w:rsidR="00F523BC">
        <w:t>_______</w:t>
      </w:r>
      <w:r>
        <w:t>___</w:t>
      </w:r>
    </w:p>
    <w:p w14:paraId="1F05347B" w14:textId="77777777" w:rsidR="00125483" w:rsidRPr="00F523BC" w:rsidRDefault="00E8030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F523BC">
        <w:rPr>
          <w:rFonts w:asciiTheme="majorHAnsi" w:hAnsiTheme="majorHAnsi" w:cstheme="majorHAnsi"/>
          <w:lang w:val="pt-BR"/>
        </w:rPr>
        <w:t>Assinatura do(a) Aluno(a) Pesquisador(a)</w:t>
      </w:r>
    </w:p>
    <w:p w14:paraId="25BB1273" w14:textId="0EF90B7E" w:rsidR="00125483" w:rsidRPr="00F523BC" w:rsidRDefault="00E8030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F523BC">
        <w:rPr>
          <w:rFonts w:asciiTheme="majorHAnsi" w:hAnsiTheme="majorHAnsi" w:cstheme="majorHAnsi"/>
          <w:lang w:val="pt-BR"/>
        </w:rPr>
        <w:br/>
      </w:r>
      <w:r w:rsidRPr="00F523BC">
        <w:rPr>
          <w:rFonts w:asciiTheme="majorHAnsi" w:hAnsiTheme="majorHAnsi" w:cstheme="majorHAnsi"/>
          <w:lang w:val="pt-BR"/>
        </w:rPr>
        <w:br/>
        <w:t>___________________________________</w:t>
      </w:r>
      <w:r w:rsidR="00F523BC" w:rsidRPr="00F523BC">
        <w:rPr>
          <w:rFonts w:asciiTheme="majorHAnsi" w:hAnsiTheme="majorHAnsi" w:cstheme="majorHAnsi"/>
          <w:lang w:val="pt-BR"/>
        </w:rPr>
        <w:t>_________</w:t>
      </w:r>
      <w:r w:rsidRPr="00F523BC">
        <w:rPr>
          <w:rFonts w:asciiTheme="majorHAnsi" w:hAnsiTheme="majorHAnsi" w:cstheme="majorHAnsi"/>
          <w:lang w:val="pt-BR"/>
        </w:rPr>
        <w:t>______</w:t>
      </w:r>
    </w:p>
    <w:p w14:paraId="14BF8F5C" w14:textId="77777777" w:rsidR="00125483" w:rsidRPr="00F523BC" w:rsidRDefault="00E8030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F523BC">
        <w:rPr>
          <w:rFonts w:asciiTheme="majorHAnsi" w:hAnsiTheme="majorHAnsi" w:cstheme="majorHAnsi"/>
          <w:lang w:val="pt-BR"/>
        </w:rPr>
        <w:t>Assinatura do(a) Professor(a) Orientador(a)</w:t>
      </w:r>
    </w:p>
    <w:p w14:paraId="13EB7E23" w14:textId="3A4A2730" w:rsidR="00125483" w:rsidRPr="00564116" w:rsidRDefault="00E8030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F523BC">
        <w:rPr>
          <w:rFonts w:asciiTheme="majorHAnsi" w:hAnsiTheme="majorHAnsi" w:cstheme="majorHAnsi"/>
          <w:lang w:val="pt-BR"/>
        </w:rPr>
        <w:br/>
      </w:r>
      <w:r w:rsidRPr="00F523BC">
        <w:rPr>
          <w:rFonts w:asciiTheme="majorHAnsi" w:hAnsiTheme="majorHAnsi" w:cstheme="majorHAnsi"/>
          <w:lang w:val="pt-BR"/>
        </w:rPr>
        <w:br/>
      </w:r>
      <w:r w:rsidRPr="00564116">
        <w:rPr>
          <w:rFonts w:asciiTheme="majorHAnsi" w:hAnsiTheme="majorHAnsi" w:cstheme="majorHAnsi"/>
          <w:lang w:val="pt-BR"/>
        </w:rPr>
        <w:t>___________________________________</w:t>
      </w:r>
      <w:r w:rsidR="00F523BC" w:rsidRPr="00564116">
        <w:rPr>
          <w:rFonts w:asciiTheme="majorHAnsi" w:hAnsiTheme="majorHAnsi" w:cstheme="majorHAnsi"/>
          <w:lang w:val="pt-BR"/>
        </w:rPr>
        <w:t>__________</w:t>
      </w:r>
      <w:r w:rsidRPr="00564116">
        <w:rPr>
          <w:rFonts w:asciiTheme="majorHAnsi" w:hAnsiTheme="majorHAnsi" w:cstheme="majorHAnsi"/>
          <w:lang w:val="pt-BR"/>
        </w:rPr>
        <w:t>______</w:t>
      </w:r>
    </w:p>
    <w:p w14:paraId="4C52C3A7" w14:textId="77777777" w:rsidR="00125483" w:rsidRPr="00564116" w:rsidRDefault="00E8030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564116">
        <w:rPr>
          <w:rFonts w:asciiTheme="majorHAnsi" w:hAnsiTheme="majorHAnsi" w:cstheme="majorHAnsi"/>
          <w:lang w:val="pt-BR"/>
        </w:rPr>
        <w:t>Assinatura da Coordenação de Pesquisa</w:t>
      </w:r>
    </w:p>
    <w:p w14:paraId="23B974BA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05229367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5B9059D7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07AB48E4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23F87604" w14:textId="77777777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</w:p>
    <w:p w14:paraId="21C743E2" w14:textId="235D75FA" w:rsidR="00F523BC" w:rsidRPr="00564116" w:rsidRDefault="00F523BC" w:rsidP="00F523BC">
      <w:pPr>
        <w:spacing w:after="0" w:line="240" w:lineRule="auto"/>
        <w:rPr>
          <w:rFonts w:asciiTheme="majorHAnsi" w:hAnsiTheme="majorHAnsi" w:cstheme="majorHAnsi"/>
          <w:lang w:val="pt-BR"/>
        </w:rPr>
      </w:pPr>
      <w:r w:rsidRPr="00564116">
        <w:rPr>
          <w:rFonts w:asciiTheme="majorHAnsi" w:hAnsiTheme="majorHAnsi" w:cstheme="majorHAnsi"/>
          <w:lang w:val="pt-BR"/>
        </w:rPr>
        <w:t>Santo André, _____/______/20205</w:t>
      </w:r>
    </w:p>
    <w:sectPr w:rsidR="00F523BC" w:rsidRPr="00564116" w:rsidSect="00E453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CDE2D" w14:textId="77777777" w:rsidR="00214519" w:rsidRDefault="00214519" w:rsidP="00E453B4">
      <w:pPr>
        <w:spacing w:after="0" w:line="240" w:lineRule="auto"/>
      </w:pPr>
      <w:r>
        <w:separator/>
      </w:r>
    </w:p>
  </w:endnote>
  <w:endnote w:type="continuationSeparator" w:id="0">
    <w:p w14:paraId="5B55DF48" w14:textId="77777777" w:rsidR="00214519" w:rsidRDefault="00214519" w:rsidP="00E45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79EBA" w14:textId="77777777" w:rsidR="00135414" w:rsidRDefault="0013541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0936B" w14:textId="77777777" w:rsidR="00FF0425" w:rsidRPr="00FF0425" w:rsidRDefault="00FF0425" w:rsidP="00FF0425">
    <w:pPr>
      <w:pStyle w:val="Rodap"/>
      <w:jc w:val="center"/>
      <w:rPr>
        <w:lang w:val="pt-PT"/>
      </w:rPr>
    </w:pPr>
    <w:r w:rsidRPr="00FF0425">
      <w:rPr>
        <w:lang w:val="pt-PT"/>
      </w:rPr>
      <w:t>Coordenação de pesquisa - Atualizado em 03/07/2025</w:t>
    </w:r>
  </w:p>
  <w:p w14:paraId="37F4266B" w14:textId="77777777" w:rsidR="00FF0425" w:rsidRPr="00FF0425" w:rsidRDefault="00FF0425" w:rsidP="00FF0425">
    <w:pPr>
      <w:pStyle w:val="Rodap"/>
      <w:jc w:val="center"/>
      <w:rPr>
        <w:lang w:val="pt-PT"/>
      </w:rPr>
    </w:pPr>
    <w:r w:rsidRPr="00FF0425">
      <w:rPr>
        <w:lang w:val="pt-PT"/>
      </w:rPr>
      <w:t>www.faculdadecleberleite.edu.br</w:t>
    </w:r>
  </w:p>
  <w:p w14:paraId="0C59EBD5" w14:textId="77777777" w:rsidR="00564116" w:rsidRPr="00C7520B" w:rsidRDefault="00564116" w:rsidP="00C7520B">
    <w:pPr>
      <w:pStyle w:val="Rodap"/>
      <w:jc w:val="center"/>
      <w:rPr>
        <w:lang w:val="pt-P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005A4" w14:textId="77777777" w:rsidR="00135414" w:rsidRDefault="0013541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7D940" w14:textId="77777777" w:rsidR="00214519" w:rsidRDefault="00214519" w:rsidP="00E453B4">
      <w:pPr>
        <w:spacing w:after="0" w:line="240" w:lineRule="auto"/>
      </w:pPr>
      <w:r>
        <w:separator/>
      </w:r>
    </w:p>
  </w:footnote>
  <w:footnote w:type="continuationSeparator" w:id="0">
    <w:p w14:paraId="0CD1FEB4" w14:textId="77777777" w:rsidR="00214519" w:rsidRDefault="00214519" w:rsidP="00E45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D78EB" w14:textId="7154FAE8" w:rsidR="00564116" w:rsidRDefault="0056411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A496F" w14:textId="642A786F" w:rsidR="00E453B4" w:rsidRDefault="00E453B4" w:rsidP="00E453B4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83CFB3" wp14:editId="21819FA8">
              <wp:simplePos x="0" y="0"/>
              <wp:positionH relativeFrom="column">
                <wp:posOffset>2571750</wp:posOffset>
              </wp:positionH>
              <wp:positionV relativeFrom="paragraph">
                <wp:posOffset>-142875</wp:posOffset>
              </wp:positionV>
              <wp:extent cx="3390900" cy="371475"/>
              <wp:effectExtent l="0" t="0" r="0" b="9525"/>
              <wp:wrapNone/>
              <wp:docPr id="668100329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5CF4C93" w14:textId="2B43C920" w:rsidR="00E453B4" w:rsidRPr="00E453B4" w:rsidRDefault="00135414">
                          <w:pPr>
                            <w:rPr>
                              <w:color w:val="008080"/>
                              <w:lang w:val="pt-BR"/>
                            </w:rPr>
                          </w:pPr>
                          <w:r>
                            <w:rPr>
                              <w:color w:val="008080"/>
                              <w:lang w:val="pt-BR"/>
                            </w:rPr>
                            <w:t>TEMPLETE PRJETO DE PESQUISA 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83CFB3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02.5pt;margin-top:-11.25pt;width:267pt;height:2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" fillcolor="white [3201]" stroked="f" strokeweight=".5pt">
              <v:textbox>
                <w:txbxContent>
                  <w:p w14:paraId="65CF4C93" w14:textId="2B43C920" w:rsidR="00E453B4" w:rsidRPr="00E453B4" w:rsidRDefault="00135414">
                    <w:pPr>
                      <w:rPr>
                        <w:color w:val="008080"/>
                        <w:lang w:val="pt-BR"/>
                      </w:rPr>
                    </w:pPr>
                    <w:r>
                      <w:rPr>
                        <w:color w:val="008080"/>
                        <w:lang w:val="pt-BR"/>
                      </w:rPr>
                      <w:t>TEMPLETE PRJETO DE PESQUISA IC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729BA733" wp14:editId="7F78FF83">
          <wp:simplePos x="0" y="0"/>
          <wp:positionH relativeFrom="column">
            <wp:posOffset>-24765</wp:posOffset>
          </wp:positionH>
          <wp:positionV relativeFrom="paragraph">
            <wp:posOffset>-274320</wp:posOffset>
          </wp:positionV>
          <wp:extent cx="2052320" cy="653415"/>
          <wp:effectExtent l="0" t="0" r="5080" b="0"/>
          <wp:wrapNone/>
          <wp:docPr id="9131846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280989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2320" cy="653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90158C" w14:textId="334F8D38" w:rsidR="00E453B4" w:rsidRDefault="00E453B4" w:rsidP="00E453B4">
    <w:pPr>
      <w:pStyle w:val="Cabealho"/>
    </w:pPr>
    <w:r>
      <w:t>___________________________________________________________________________________________________________________________</w:t>
    </w:r>
  </w:p>
  <w:p w14:paraId="2CF76B0B" w14:textId="20BAF8A6" w:rsidR="00E453B4" w:rsidRDefault="00E453B4" w:rsidP="00E453B4">
    <w:pPr>
      <w:pStyle w:val="Cabealho"/>
      <w:tabs>
        <w:tab w:val="center" w:pos="432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2F2E3" w14:textId="228F5FA5" w:rsidR="00564116" w:rsidRDefault="0056411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47056080">
    <w:abstractNumId w:val="8"/>
  </w:num>
  <w:num w:numId="2" w16cid:durableId="642002054">
    <w:abstractNumId w:val="6"/>
  </w:num>
  <w:num w:numId="3" w16cid:durableId="1996908422">
    <w:abstractNumId w:val="5"/>
  </w:num>
  <w:num w:numId="4" w16cid:durableId="713849184">
    <w:abstractNumId w:val="4"/>
  </w:num>
  <w:num w:numId="5" w16cid:durableId="1001784636">
    <w:abstractNumId w:val="7"/>
  </w:num>
  <w:num w:numId="6" w16cid:durableId="1593705916">
    <w:abstractNumId w:val="3"/>
  </w:num>
  <w:num w:numId="7" w16cid:durableId="12805484">
    <w:abstractNumId w:val="2"/>
  </w:num>
  <w:num w:numId="8" w16cid:durableId="740831560">
    <w:abstractNumId w:val="1"/>
  </w:num>
  <w:num w:numId="9" w16cid:durableId="60717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0"/>
  <w:proofState w:spelling="clean"/>
  <w:revisionView w:inkAnnotation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62F8"/>
    <w:rsid w:val="00125483"/>
    <w:rsid w:val="00135414"/>
    <w:rsid w:val="0015074B"/>
    <w:rsid w:val="00186B59"/>
    <w:rsid w:val="00214519"/>
    <w:rsid w:val="0029639D"/>
    <w:rsid w:val="00325EB5"/>
    <w:rsid w:val="00326F90"/>
    <w:rsid w:val="00360916"/>
    <w:rsid w:val="003E4599"/>
    <w:rsid w:val="004A2498"/>
    <w:rsid w:val="0052149A"/>
    <w:rsid w:val="00537186"/>
    <w:rsid w:val="00564116"/>
    <w:rsid w:val="00565B43"/>
    <w:rsid w:val="00684345"/>
    <w:rsid w:val="00710A21"/>
    <w:rsid w:val="007B43DE"/>
    <w:rsid w:val="00AA1D8D"/>
    <w:rsid w:val="00B47730"/>
    <w:rsid w:val="00BB68DA"/>
    <w:rsid w:val="00BE6904"/>
    <w:rsid w:val="00C7520B"/>
    <w:rsid w:val="00CB0664"/>
    <w:rsid w:val="00CB6EA7"/>
    <w:rsid w:val="00E277BB"/>
    <w:rsid w:val="00E453B4"/>
    <w:rsid w:val="00E8030C"/>
    <w:rsid w:val="00E84262"/>
    <w:rsid w:val="00F523BC"/>
    <w:rsid w:val="00FC693F"/>
    <w:rsid w:val="00FF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8B00B96"/>
  <w14:defaultImageDpi w14:val="300"/>
  <w15:docId w15:val="{F6F77A03-1B98-42A1-8537-CECDE6C9B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69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3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1065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1260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pedro melo</cp:lastModifiedBy>
  <cp:revision>2</cp:revision>
  <dcterms:created xsi:type="dcterms:W3CDTF">2025-08-05T15:03:00Z</dcterms:created>
  <dcterms:modified xsi:type="dcterms:W3CDTF">2025-08-05T15:03:00Z</dcterms:modified>
  <cp:category/>
</cp:coreProperties>
</file>